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תהליך הכתיבה: תכנון, כתיבה ובדיקה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ולהפעיל מילות קישור ושפה תיאורית בטקסט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סיפורי (פתיחה, התפתחות, שיא, פתרון, סיום) וליישם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סיפור שלם בהשראת משפט נתון, דמויות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גלגל הפתיחות: פתיחה, סוף ותפנית – היכרות עם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פתיחה, סוף, פתיחה+סוף יחד, או תפנית לאמצע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לכתוב את האמצע שמחבר ביניהם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גלגל הפתיחות: פתיחה, סוף ותפנית – תרגול 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בגלגל יש בחירה של סוגה (כמו הרפתקה או מדע בדיוני) ושל שכבה (יסודי, חט״ב, תיכון).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לבחור באפשרות של 3 קלפים לבחירה.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תפנית היא אירוע בלתי צפוי שמשנה את מהלך העלילה.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גלגל הפתיחות: פתיחה, סוף ותפנית – זיהוי וסיווג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גלגל הפתיחות: פתיחה, סוף ותפנית – התאמת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(סיפור עם תעלומה שצריך לפענח)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(סיפור שקורה בעתיד או בחלל)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(סיפור עם קסמים ויצורים דמיוניים)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(סיפור קצר עם מוסר השכל)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קוביות סיפור והר הסיפור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דמות, מקום ובעיה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שלבי ההתפתחות של הסיפור מההתחלה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קוביות סיפור והר הסיפור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יש אפשרות לנעול קובייה ולהטיל שוב רק את השאר.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בהר הסיפור שישה שלבים: פתיחה, אירוע, הסתבכות, שיא, פתרון וסיום.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רצף תמונות באתר בנוי משלושה שלבים: התחלה, אמצע וסוף.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קוביות סיפור והר הסיפור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(הצגת הדמות והמקום בתחילת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(משהו קורה ומניע את העלילה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(הבעיה הולכת ומסתבכת עוד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(הרגע הכי מותח או מרגש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(הבעיה נפתרת)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(סוף הסיפור אחרי שהכול נפתר)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קוביות סיפור והר הסיפור – יישום בדוגמה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משהו חשוב נעלם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מחסן מילים: קישור ושפה תיאורית – זיהוי קבוצות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לפתע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גמגם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מחסן מילים: קישור ושפה תיאורית – שפה תיאורית ודימויים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מציגה ניגוד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שייכת לקבוצת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מחסן מילים: קישור ושפה תיאורית – השלמות וסיווג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מזג אוויר ואווירה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מחסן מילים: קישור ושפה תיאורית – התאמת קבוצה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(למרות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(היות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(על 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מאגר המשפטים: סוגות ושכבות – מה יש במאגר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מאגר המשפטים יש מסננים לכל הקטגוריות האלה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במאגר יש 300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ליד כל משפט מופיע סמל 🔊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במאגר יש גם משפטי סוף וגם תפניות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תיבת חיפוש בדף המאגר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מאגר המשפטים: סוגות ושכבות – התאמת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(גילוי, חיפוש ומסע אל הלא נודע)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(תעלומה שצריך לפענח)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(טכנולוגיה עתידנית וחלל)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(קסם ויצורים דמיוניים)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(עולם מתקופת 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(סיפור עם מוסר השכל)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מאגר המשפטים: סוגות ושכבות – ניתוח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הרפתקה - המילים מפה ואוצר מרמזות על חיפוש וגילוי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דומות - שתיהן מציגות משהו בלתי צפוי שפותח תעלומה. שונות - אחת במרחב פתוח (חוץ) והשנייה במרחב סגור (בניין)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משפט קצר שמציג תעלומה או דבר מוזר שמעורר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מחברת כתיבה: תכנון, כתיבה ובדיקה – היכרות עם שלבי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שלושה: מתכננים, כותבים, 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מתכננים דמויות, מקום, זמן, בעיה, שיא ופתרון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מחברת כתיבה: תכנון, כתיבה ובדיקה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 היציאה שבסוף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התנאים ברשימת הבדיקה בחלק ג'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התהליך בנוי כך שקודם מתכננים ואז 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מחברת כתיבה: תכנון, כתיבה ובדיקה – מתאימים ומסדרים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בסיפור ומה הן רוצות)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(איפה זה קורה ומה רואים שומעים ומריחים)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(מתי קורה הסיפור, בוקר או לילה, עבר או 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משתבש ומה הדמות צריכה להשיג)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(הרגע הכי מותח או מרגש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(איך הבעיה נפתרת ומה השתנה)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תפנית לאמצע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חלק א׳ –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פתיחה, אירוע, הסתבכות, שיא, פתרון,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תיאור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שהתלמיד/ה מזהה את שלושת חלקי המבנה בסיפור שכתב/ה, לא רק מצהיר/ה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ספירה בפועל של מילות קישור משלושה תפקידים שונים לפחות (למשל זמן, ניגוד, סיבה)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משפט קונקרטי בטקסט שמדגים חוש או דימוי, לא רק תיאור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לפרוש את החוברת על פני 3-4 מפגשים: מפגש ראשון – פרקים 1-2 (השראה ותכנון), מפגש שני – פרק 3 (שפה), מפגש שלישי – כתיבה מלאה לפי פרק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בחנ״מ מומלץ להשתמש במשפטים קצרים יותר ובדף העבודה בגרסת חנ״מ, ולפצל את משימת הכתיבה למקטעים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לשלב את מחסן המילים הדו-לשוני לפני תחילת הכתיבה, ולהתמקד במשפטים פשוטים ללא ניקוד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כל מפגש בכרטיס יציאה קצר כדי לבדוק הבנה לפני 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תתרגלו לכתוב סיפור, שלב אחרי שלב. עברו על הפרקים לפי הסדר. בכל פרק יש תרגילים קטנים וגם משימת כתיבה. קודם מתכננים, ואז כותבים.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או החלק הראשון שמתחיל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או החלק האחרון שמסיים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מפתיע שמשנה את כיוון הסיפור באמצעו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הסיפור: פתיחה, אירוע, הסתבכות, שיא, פתרון, סיום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משפטים או רעיונות, כמו 'אבל' או 'לכן'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 תיאורית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שמתארות בעזרת חושים, רגשות ודימויים כדי לצייר תמונה בראש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באמצעות המילה 'כמו', למשל קר כמו קרח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דיאלוג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שבו דמויות מדברות זו עם זו, בדרך כלל במירכאות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הסיפור לפי תוכן, כמו הרפתקה, מתח או פנטזיה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הכי מתוח או מרגש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גלגל הפתיחות: פתיחה, סוף ותפנית – היכרות עם 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הגלגל יכול לתת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משפט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פתיחה, סוף, פתיחה+סוף יחד, או תפנית לאמצע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משפטי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משפטי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לעשות כשיש פתיחה וסוף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רק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את האמצע שמחבר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את הפתיחה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סוף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סוגות אפשר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גלגל הפתיחות: פתיחה, סוף ותפנית – תרגול 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לסנן את המשפטים בגלגל גם לפי סוגה וגם לפי שכבת גיל.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לקבל יותר ממשפט אחד בכל סיבוב של הגלגל.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תפנית לאמצע נועדה להפתיע ולשנות את כיוון הסיפור באמצעו.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גלגל הפתיחות: פתיחה, סוף ותפנית – זיהוי וסיווג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'המפה נקרעה בדיוק במקום שבו היה מסומן האוצר' הוא משפט __________ מסוגת הרפתקה.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שמגיע בסוף הסיפור ומסכם את העלילה נקרא משפט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גלגל הפתיחות: פתיחה, סוף ותפנית – התאמת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🔍 מתח ובלשי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קצר עם מוסר השכל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🚀 מדע בדיוני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עם קסמים ויצורים דמיוניים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🐉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עם תעלומה שצריך לפענח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🦉 אגדה ומשל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שקורה בעתיד או בחלל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קוביות סיפור והר הסיפור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שלוש הקוביות מייצגות?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דמות,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צבע, קול וריח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זמן, מזג אוויר ושם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מספר, אות וצליל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גובה ההר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שלבי ההתפתחות של הסיפור מההתחלה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תפקידי מילות הקישור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הדמויות בסיפור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קוביות סיפור והר הסיפור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לנעול קובייה אחת שאהבתם ולהטיל רק את השאר.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הסיפור מורכב משני שלבים בלבד: התחלה וסוף.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ברצף של שלוש תמונות (כמו גשם, אין מטרייה, קשת) יש תמיד התחלה, אמצע וסוף.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קוביות סיפור והר הסיפור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הבעיה נפתרת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הצגת הדמות והמקום בתחילת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הסתבכות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סוף הסיפור אחרי שהכול נפתר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משהו קורה ומניע את העלילה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הבעיה הולכת ומסתבכת עוד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הרגע הכי מותח או מרגש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קוביות סיפור והר הסיפור – יישום בדוגמה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בדוגמה מהאתר: דמות – נמלה עם חלום גדול, מקום – כפר קטן, בעיה 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מחסן מילים: קישור ושפה תיאורית – זיהוי קבוצות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מתי קרה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'מפני ש' מסבירה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לדמות שמדברת בפחד?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גמגם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מחסן מילים: קישור ושפה תיאורית – שפה תיאורית ודימויים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'לעומת זאת' שייכת לקבוצת הניגוד.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'כתוצאה מכך' שייכת לקבוצת התנאי.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מחסן מילים: קישור ושפה תיאורית – השלמות וסיווג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__________ בזהירות כי פחד מהתשובה.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'השמיים היו אפורים וכבדים' הוא ביטוי המתאר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'קר כמו קרח' הוא דוגמה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מחסן מילים: קישור ושפה תיאורית – התאמת קבוצה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ורצף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למרות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היות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 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בנוסף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מאגר המשפטים: סוגות ושכבות – מה יש במאגר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המשפטים אפשר לסנן משפטים לפי סוגה, שכבה וסוג (פתיחה, סוף או תפנית)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יש פחות מ-100 משפטים בסך הכול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ליד כל משפט במאגר אפשר ללחוץ על סמל הקראה כדי לשמוע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המאגר מכיל רק משפטי פתיחה, בלי סופים ותפניות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לחפש מילה מסוימת במאגר המשפטים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מאגר המשפטים: סוגות ושכבות – התאמת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תעלומה שצריך לפענח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מתח ובלשי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עולם מתקופת 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מדע בדיוני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גילוי, חיפוש ומסע אל הלא נודע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עם מוסר השכל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טכנולוגיה עתידנית וחלל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אגדה ומשל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קסם ויצורים דמיוניים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מאגר המשפטים: סוגות ושכבות – ניתוח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'המפה נקרעה בדיוק במקום שבו היה מסומן האוצר'. לאיזו סוגה שייכת הפתיחה, ולפי אילו מילים הבנתם?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שתי פתיחות הרפתקה: 'המפה נקרעה' ו'המעלית ירדה קומה שלא הייתה כתובה'. במה הן דומות ובמה שונות?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פתיחה משלכם לסוגת מתח ובלשי, בהשראת סגנון פתיחות ההרפתקה שקראתם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מחברת כתיבה: תכנון, כתיבה ובדיקה – היכרות עם שלבי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בתהליך הכתיבה במחברת?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שלושה: מתכננים, כותבים,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בחלק א' של המחברת?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את הסיפור המלא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מתכננים דמויות, מקום, זמן, בעיה, שיא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מעתיקים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בודקים כתיב ופיסוק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מחברת כתיבה: תכנון, כתיבה ובדיקה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היציאה כותבים את המשפט הכי טוב שכתבתי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הבדיקה צריך לתאר לפחות 2 חושים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חלק א' ולעבור ישר לכתיבת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מחברת כתיבה: תכנון, כתיבה ובדיקה – מתאימים ומסדרים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הרגע הכי מותח או מרגש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הבעיה נפתרת ומה השתנה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משתבש ומה הדמות צריכה להשיג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 קורה הסיפור, בוקר או לילה, עבר או 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בסיפור ומה הן רוצות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איפה זה קורה ומה רואים שומעים ומריחים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בגלגל הפתיחות אפשר להגריל פתיחה, סוף או מה 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תפנית לאמצע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קוביות הסיפור הן דמות, מקום 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מילים כמו 'לכן' ו'כתוצאה מכך' שייכות לאיזה תפקיד של מילות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ורצף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חלק של מחברת הכתיבה כותבים על הדמויות, המקום והבעיה לפני הכתיבה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 א׳ – מתכננים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ב׳ –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ג׳ –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היציאה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במאגר המשפטים אפשר לסנן משפטים לפי סוגה ולפי מה 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שכבת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הסדר הנכון של שלבי 'הר הסיפור'?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שיא, פתיחה, סוף,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פתיחה, אירוע, הסתבכות, שיא, פתרון,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סיום, פתרון, שיא,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אירוע, שיא, פתיחה,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'הלב שלה החסיר פעימה' היא דוגמה לאיזה סוג שפה תיאורית במחסן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קוביות מטילים כדי לקבל דמות, מקום ובעיה לסיפור?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הסיפור שכתבתי כולל פתיחה, אמצע וסוף ברורים?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מילות קישור מסוגים שונים השתמשתי בסיפור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תיארתי לפחות שני חושים ושימוש אחד בדימוי או בפעל דיבור מיוחד?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סיפור · סוגרים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